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קלפי שיח וכרטיסי תפקידים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להדפסה, לגזירה ולשיחה בצוות המערכת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לתלמיד/ה · תלמיד · קלפים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א׳ – 12 קלפי שיח (3×4)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גזרו לאורך הקווים. כל חבר/ת צוות שולף/ת קלף, עונה – ואחר כך מחליטים יחד.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היצירות</w:t>
              <w:br/>
              <w:t>איזה רגע ביצירות שלנו הוא 'החדשה' הכי מרעישה – ולמה דווקא הוא?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היצירות</w:t>
              <w:br/>
              <w:t>אם הדמויות או הדוברים משתי יצירות היו נפגשים, על מה היו מתווכחים?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היצירות</w:t>
              <w:br/>
              <w:t>איזה פרט קטן ביצירה (חפץ, מילה, צבע) חוזר שוב ושוב – ומה הוא אולי מסמל?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הנושא</w:t>
              <w:br/>
              <w:t>מה הנושא שלנו אומר על החיים היום? תנו דוגמה מהעולם שסביבכם, בלי לשתף דבר שאינכם רוצים.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הנושא</w:t>
              <w:br/>
              <w:t>האם הנושא שבחרנו רחב מדי או צר מדי? איך אפשר לחדד אותו לשאלה אחת?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הנושא</w:t>
              <w:br/>
              <w:t>איזו יצירה 'מתנגדת' לנושא שלנו, כלומר מראה צד אחר שלו? איך נשלב אותה?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העבודה בצוות</w:t>
              <w:br/>
              <w:t>מה כל אחד/ת מאיתנו עושה הכי טוב – ואיך זה משפיע על חלוקת התפקידים?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העבודה בצוות</w:t>
              <w:br/>
              <w:t>איך נחליט כשאנחנו לא מסכימים? מה הכלל שלנו להכרעה הוגנת?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העבודה בצוות</w:t>
              <w:br/>
              <w:t>מה נעשה אם מישהו מאיתנו לא עומד בלוח הזמנים? איך נעזור בלי לכעוס?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הכתיבה</w:t>
              <w:br/>
              <w:t>מה תהיה הכותרת של העיתון שלנו? הציעו שלוש ובחרו אחת.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הכתיבה</w:t>
              <w:br/>
              <w:t>איך נגרום לקורא שלא קרא את היצירות להבין ולהתעניין כבר מהליד?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הכתיבה</w:t>
              <w:br/>
              <w:t>איך נכניס את המושגים הספרותיים לכתבה כך שיישמעו טבעיים ולא 'הדבקה'?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ב׳ – כרטיסי תפקידים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כתבו על כל כרטיס את שם בעל/ת התפקיד.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עורך/ת ראשי/ת</w:t>
              <w:br/>
              <w:t>שומר/ת על החזון של העיתון ודואג/ת שכל החלקים מדברים על אותו נושא.  שם: 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כתב/ת</w:t>
              <w:br/>
              <w:t>אחראי/ת לכך שהכתבה המרכזית כתובה כחדשות: ברורה, מבוססת ומעניינת.  שם: 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גרפיקאי/ת ועורך/ת חזותי/ת</w:t>
              <w:br/>
              <w:t>דואג/ת שהעיתון ייראה כמו עיתון ושהרכיב החזותי יספר משהו ולא רק יקשט.  שם: ________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בודק/ת עובדות ומקורות</w:t>
              <w:br/>
              <w:t>מוודא/ת שכל ציטוט מדויק, מסומן ומופיע במקומו הנכון ביצירה.  שם: 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עורך/ת לשון</w:t>
              <w:br/>
              <w:t>מלטש/ת את הניסוח כך שיהיה תקני, בהיר ומתאים לסוג הכתבה.  שם: 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מנהל/ת זמנים וקשר</w:t>
              <w:br/>
              <w:t>שומר/ת על לוח הזמנים ועל התקשורת בצוות ועם המורה.  שם: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color w:val="786450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